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W w:w="5511" w:type="dxa"/>
      </w:tblPr>
      <w:tblGrid>
        <w:gridCol w:w="686"/>
        <w:gridCol w:w="4825"/>
      </w:tblGrid>
      <w:tr>
        <w:trPr>
          <w:trHeight w:val="2188" w:hRule="exact"/>
        </w:trPr>
        <w:tc>
          <w:tcPr>
            <w:tcW w:w="686" w:type="dxa"/>
          </w:tcPr>
          <w:p/>
        </w:tc>
        <w:tc>
          <w:tcPr>
            <w:tcW w:w="4825" w:type="dxa"/>
            <w:tcBorders>
              <w:top w:val="single" w:sz="12" w:color="333333"/>
              <w:left w:val="single" w:sz="12" w:color="333333"/>
              <w:bottom w:val="single" w:sz="12" w:color="333333"/>
              <w:right w:val="single" w:sz="12" w:color="333333"/>
            </w:tcBorders>
          </w:tcPr>
          <w:p>
            <w:pPr>
              <w:spacing w:before="120"/>
              <w:ind w:left="170"/>
            </w:pPr>
            <w:r/>
            <w:r>
              <w:rPr>
                <w:rFonts w:ascii="Yu Gothic" w:hAnsi="Yu Gothic" w:eastAsia="Yu Gothic"/>
                <w:b w:val="0"/>
                <w:color w:val="555555"/>
                <w:sz w:val="20"/>
              </w:rPr>
              <w:t>〒</w:t>
            </w:r>
          </w:p>
          <w:p>
            <w:pPr>
              <w:spacing w:before="60"/>
              <w:ind w:left="170"/>
            </w:pPr>
            <w:r>
              <w:rPr>
                <w:rFonts w:ascii="Yu Gothic" w:hAnsi="Yu Gothic" w:eastAsia="Yu Gothic"/>
                <w:b w:val="0"/>
                <w:color w:val="555555"/>
                <w:sz w:val="20"/>
              </w:rPr>
              <w:t>住所</w:t>
            </w:r>
          </w:p>
          <w:p>
            <w:pPr>
              <w:spacing w:before="60"/>
              <w:ind w:left="170"/>
            </w:pPr>
            <w:r>
              <w:rPr>
                <w:rFonts w:ascii="Yu Gothic" w:hAnsi="Yu Gothic" w:eastAsia="Yu Gothic"/>
                <w:b w:val="0"/>
                <w:color w:val="555555"/>
                <w:sz w:val="20"/>
              </w:rPr>
              <w:t>建物名</w:t>
            </w:r>
          </w:p>
          <w:p>
            <w:pPr>
              <w:spacing w:before="60"/>
              <w:ind w:left="170"/>
            </w:pPr>
            <w:r>
              <w:rPr>
                <w:rFonts w:ascii="Yu Gothic" w:hAnsi="Yu Gothic" w:eastAsia="Yu Gothic"/>
                <w:b w:val="0"/>
                <w:color w:val="555555"/>
                <w:sz w:val="20"/>
              </w:rPr>
              <w:t>会社名 / 氏名</w:t>
            </w:r>
          </w:p>
        </w:tc>
      </w:tr>
    </w:tbl>
    <w:p>
      <w:pPr>
        <w:spacing w:before="0" w:after="0"/>
        <w:jc w:val="left"/>
      </w:pPr>
    </w:p>
    <w:p>
      <w:pPr>
        <w:spacing w:before="0" w:after="0"/>
        <w:jc w:val="left"/>
      </w:pPr>
    </w:p>
    <w:p>
      <w:pPr>
        <w:spacing w:before="0" w:after="0"/>
        <w:jc w:val="left"/>
      </w:pPr>
    </w:p>
    <w:p>
      <w:pPr>
        <w:spacing w:before="0" w:after="0"/>
        <w:jc w:val="left"/>
      </w:pPr>
    </w:p>
    <w:p>
      <w:pPr>
        <w:spacing w:before="0" w:after="0"/>
        <w:jc w:val="left"/>
      </w:pPr>
    </w:p>
    <w:p>
      <w:pPr>
        <w:spacing w:before="0" w:after="0"/>
        <w:jc w:val="left"/>
      </w:pPr>
    </w:p>
    <w:p>
      <w:pPr>
        <w:spacing w:before="0" w:after="0"/>
        <w:jc w:val="left"/>
      </w:pPr>
    </w:p>
    <w:p>
      <w:pPr>
        <w:spacing w:before="120" w:after="200"/>
        <w:jc w:val="center"/>
      </w:pPr>
      <w:r>
        <w:rPr>
          <w:rFonts w:ascii="Yu Gothic" w:hAnsi="Yu Gothic" w:eastAsia="Yu Gothic"/>
          <w:b/>
          <w:sz w:val="40"/>
        </w:rPr>
        <w:t>書 類 送 付 状</w:t>
      </w:r>
    </w:p>
    <w:p>
      <w:pPr>
        <w:spacing w:before="0" w:after="120"/>
        <w:jc w:val="right"/>
      </w:pPr>
      <w:r>
        <w:rPr>
          <w:rFonts w:ascii="Yu Gothic" w:hAnsi="Yu Gothic" w:eastAsia="Yu Gothic"/>
          <w:b w:val="0"/>
          <w:sz w:val="20"/>
        </w:rPr>
        <w:t>日付：　　　年　　月　　日</w:t>
      </w:r>
    </w:p>
    <w:p>
      <w:pPr>
        <w:spacing w:before="0" w:after="0"/>
        <w:jc w:val="right"/>
      </w:pPr>
      <w:r>
        <w:rPr>
          <w:rFonts w:ascii="Yu Gothic" w:hAnsi="Yu Gothic" w:eastAsia="Yu Gothic"/>
          <w:b w:val="0"/>
          <w:sz w:val="20"/>
        </w:rPr>
        <w:t xml:space="preserve">差出人：　　　　　　　　　　　　</w:t>
      </w:r>
    </w:p>
    <w:p>
      <w:pPr>
        <w:spacing w:before="0" w:after="0"/>
        <w:jc w:val="right"/>
      </w:pPr>
      <w:r>
        <w:rPr>
          <w:rFonts w:ascii="Yu Gothic" w:hAnsi="Yu Gothic" w:eastAsia="Yu Gothic"/>
          <w:b w:val="0"/>
          <w:sz w:val="20"/>
        </w:rPr>
        <w:t xml:space="preserve">住　所：　　　　　　　　　　　　</w:t>
      </w:r>
    </w:p>
    <w:p>
      <w:pPr>
        <w:spacing w:before="0" w:after="0"/>
        <w:jc w:val="right"/>
      </w:pPr>
      <w:r>
        <w:rPr>
          <w:rFonts w:ascii="Yu Gothic" w:hAnsi="Yu Gothic" w:eastAsia="Yu Gothic"/>
          <w:b w:val="0"/>
          <w:sz w:val="20"/>
        </w:rPr>
        <w:t xml:space="preserve">ＴＥＬ：　　　　　　　　　　　　</w:t>
      </w:r>
    </w:p>
    <w:p>
      <w:pPr>
        <w:spacing w:before="0" w:after="0"/>
        <w:jc w:val="right"/>
      </w:pPr>
      <w:r>
        <w:rPr>
          <w:rFonts w:ascii="Yu Gothic" w:hAnsi="Yu Gothic" w:eastAsia="Yu Gothic"/>
          <w:b w:val="0"/>
          <w:sz w:val="20"/>
        </w:rPr>
        <w:t xml:space="preserve">ＦＡＸ：　　　　　　　　　　　　</w:t>
      </w:r>
    </w:p>
    <w:p>
      <w:pPr>
        <w:spacing w:before="0" w:after="120"/>
        <w:jc w:val="left"/>
      </w:pPr>
    </w:p>
    <w:p>
      <w:pPr>
        <w:spacing w:before="0" w:after="120"/>
        <w:jc w:val="left"/>
      </w:pPr>
      <w:r>
        <w:rPr>
          <w:rFonts w:ascii="Yu Gothic" w:hAnsi="Yu Gothic" w:eastAsia="Yu Gothic"/>
          <w:b w:val="0"/>
          <w:sz w:val="20"/>
        </w:rPr>
        <w:t>件名：</w:t>
      </w:r>
    </w:p>
    <w:p>
      <w:pPr>
        <w:spacing w:before="0" w:after="0"/>
        <w:jc w:val="left"/>
      </w:pPr>
      <w:r>
        <w:rPr>
          <w:rFonts w:ascii="Yu Gothic" w:hAnsi="Yu Gothic" w:eastAsia="Yu Gothic"/>
          <w:b w:val="0"/>
          <w:sz w:val="20"/>
        </w:rPr>
        <w:t>拝啓　時下ますますご清栄のこととお慶び申し上げます。</w:t>
      </w:r>
    </w:p>
    <w:p>
      <w:pPr>
        <w:spacing w:before="0" w:after="0"/>
        <w:jc w:val="left"/>
      </w:pPr>
      <w:r>
        <w:rPr>
          <w:rFonts w:ascii="Yu Gothic" w:hAnsi="Yu Gothic" w:eastAsia="Yu Gothic"/>
          <w:b w:val="0"/>
          <w:sz w:val="20"/>
        </w:rPr>
        <w:t>下記の書類をお送りいたしますので、ご査収のほどお願い申し上げます。</w:t>
      </w:r>
    </w:p>
    <w:p>
      <w:pPr>
        <w:spacing w:before="0" w:after="80"/>
        <w:jc w:val="right"/>
      </w:pPr>
      <w:r>
        <w:rPr>
          <w:rFonts w:ascii="Yu Gothic" w:hAnsi="Yu Gothic" w:eastAsia="Yu Gothic"/>
          <w:b w:val="0"/>
          <w:sz w:val="20"/>
        </w:rPr>
        <w:t>敬具</w:t>
      </w:r>
    </w:p>
    <w:p>
      <w:pPr>
        <w:spacing w:before="0" w:after="80"/>
        <w:jc w:val="center"/>
      </w:pPr>
      <w:r>
        <w:rPr>
          <w:rFonts w:ascii="Yu Gothic" w:hAnsi="Yu Gothic" w:eastAsia="Yu Gothic"/>
          <w:b w:val="0"/>
          <w:sz w:val="22"/>
        </w:rPr>
        <w:t>記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  <w:tblW w:w="10364" w:type="dxa"/>
      </w:tblPr>
      <w:tblGrid>
        <w:gridCol w:w="4791"/>
        <w:gridCol w:w="1219"/>
        <w:gridCol w:w="4354"/>
      </w:tblGrid>
      <w:tr>
        <w:trPr>
          <w:trHeight w:val="453" w:hRule="exact"/>
        </w:trPr>
        <w:tc>
          <w:tcPr>
            <w:tcW w:w="4791" w:type="dxa"/>
            <w:shd w:fill="F2F2F2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sz w:val="20"/>
              </w:rPr>
              <w:t>書類名</w:t>
            </w:r>
          </w:p>
        </w:tc>
        <w:tc>
          <w:tcPr>
            <w:tcW w:w="1219" w:type="dxa"/>
            <w:shd w:fill="F2F2F2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sz w:val="20"/>
              </w:rPr>
              <w:t>部数</w:t>
            </w:r>
          </w:p>
        </w:tc>
        <w:tc>
          <w:tcPr>
            <w:tcW w:w="4354" w:type="dxa"/>
            <w:shd w:fill="F2F2F2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sz w:val="20"/>
              </w:rPr>
              <w:t>備考</w:t>
            </w:r>
          </w:p>
        </w:tc>
      </w:tr>
      <w:tr>
        <w:trPr>
          <w:trHeight w:val="481" w:hRule="exact"/>
        </w:trPr>
        <w:tc>
          <w:tcPr>
            <w:tcW w:w="4791" w:type="dxa"/>
          </w:tcPr>
          <w:p/>
        </w:tc>
        <w:tc>
          <w:tcPr>
            <w:tcW w:w="1219" w:type="dxa"/>
          </w:tcPr>
          <w:p/>
        </w:tc>
        <w:tc>
          <w:tcPr>
            <w:tcW w:w="4354" w:type="dxa"/>
          </w:tcPr>
          <w:p/>
        </w:tc>
      </w:tr>
      <w:tr>
        <w:trPr>
          <w:trHeight w:val="481" w:hRule="exact"/>
        </w:trPr>
        <w:tc>
          <w:tcPr>
            <w:tcW w:w="4791" w:type="dxa"/>
          </w:tcPr>
          <w:p/>
        </w:tc>
        <w:tc>
          <w:tcPr>
            <w:tcW w:w="1219" w:type="dxa"/>
          </w:tcPr>
          <w:p/>
        </w:tc>
        <w:tc>
          <w:tcPr>
            <w:tcW w:w="4354" w:type="dxa"/>
          </w:tcPr>
          <w:p/>
        </w:tc>
      </w:tr>
      <w:tr>
        <w:trPr>
          <w:trHeight w:val="481" w:hRule="exact"/>
        </w:trPr>
        <w:tc>
          <w:tcPr>
            <w:tcW w:w="4791" w:type="dxa"/>
          </w:tcPr>
          <w:p/>
        </w:tc>
        <w:tc>
          <w:tcPr>
            <w:tcW w:w="1219" w:type="dxa"/>
          </w:tcPr>
          <w:p/>
        </w:tc>
        <w:tc>
          <w:tcPr>
            <w:tcW w:w="4354" w:type="dxa"/>
          </w:tcPr>
          <w:p/>
        </w:tc>
      </w:tr>
      <w:tr>
        <w:trPr>
          <w:trHeight w:val="481" w:hRule="exact"/>
        </w:trPr>
        <w:tc>
          <w:tcPr>
            <w:tcW w:w="4791" w:type="dxa"/>
          </w:tcPr>
          <w:p/>
        </w:tc>
        <w:tc>
          <w:tcPr>
            <w:tcW w:w="1219" w:type="dxa"/>
          </w:tcPr>
          <w:p/>
        </w:tc>
        <w:tc>
          <w:tcPr>
            <w:tcW w:w="4354" w:type="dxa"/>
          </w:tcPr>
          <w:p/>
        </w:tc>
      </w:tr>
      <w:tr>
        <w:trPr>
          <w:trHeight w:val="481" w:hRule="exact"/>
        </w:trPr>
        <w:tc>
          <w:tcPr>
            <w:tcW w:w="4791" w:type="dxa"/>
          </w:tcPr>
          <w:p/>
        </w:tc>
        <w:tc>
          <w:tcPr>
            <w:tcW w:w="1219" w:type="dxa"/>
          </w:tcPr>
          <w:p/>
        </w:tc>
        <w:tc>
          <w:tcPr>
            <w:tcW w:w="4354" w:type="dxa"/>
          </w:tcPr>
          <w:p/>
        </w:tc>
      </w:tr>
      <w:tr>
        <w:trPr>
          <w:trHeight w:val="481" w:hRule="exact"/>
        </w:trPr>
        <w:tc>
          <w:tcPr>
            <w:tcW w:w="4791" w:type="dxa"/>
          </w:tcPr>
          <w:p/>
        </w:tc>
        <w:tc>
          <w:tcPr>
            <w:tcW w:w="1219" w:type="dxa"/>
          </w:tcPr>
          <w:p/>
        </w:tc>
        <w:tc>
          <w:tcPr>
            <w:tcW w:w="4354" w:type="dxa"/>
          </w:tcPr>
          <w:p/>
        </w:tc>
      </w:tr>
    </w:tbl>
    <w:p>
      <w:pPr>
        <w:spacing w:before="0" w:after="80"/>
        <w:jc w:val="left"/>
      </w:pPr>
    </w:p>
    <w:p>
      <w:pPr>
        <w:spacing w:before="0" w:after="60"/>
        <w:jc w:val="left"/>
      </w:pPr>
      <w:r>
        <w:rPr>
          <w:rFonts w:ascii="Yu Gothic" w:hAnsi="Yu Gothic" w:eastAsia="Yu Gothic"/>
          <w:b w:val="0"/>
          <w:sz w:val="20"/>
        </w:rPr>
        <w:t>連絡事項・特記事項：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10364" w:type="dxa"/>
        <w:tblBorders>
          <w:top w:val="single" w:sz="12" w:color="333333"/>
          <w:left w:val="single" w:sz="12" w:color="333333"/>
          <w:bottom w:val="single" w:sz="12" w:color="333333"/>
          <w:right w:val="single" w:sz="12" w:color="333333"/>
          <w:insideH w:val="none"/>
          <w:insideV w:val="none"/>
        </w:tblBorders>
      </w:tblPr>
      <w:tblGrid>
        <w:gridCol w:w="10363"/>
      </w:tblGrid>
      <w:tr>
        <w:trPr>
          <w:trHeight w:val="2381" w:hRule="exact"/>
        </w:trPr>
        <w:tc>
          <w:tcPr>
            <w:tcW w:w="10364" w:type="dxa"/>
          </w:tcPr>
          <w:p/>
        </w:tc>
      </w:tr>
    </w:tbl>
    <w:p>
      <w:pPr>
        <w:spacing w:before="120" w:after="0"/>
        <w:jc w:val="right"/>
      </w:pPr>
      <w:r>
        <w:rPr>
          <w:rFonts w:ascii="Yu Gothic" w:hAnsi="Yu Gothic" w:eastAsia="Yu Gothic"/>
          <w:b w:val="0"/>
          <w:sz w:val="20"/>
        </w:rPr>
        <w:t>以上</w:t>
      </w:r>
    </w:p>
    <w:sectPr w:rsidR="00FC693F" w:rsidRPr="0006063C" w:rsidSect="00034616">
      <w:pgSz w:w="11906" w:h="16838"/>
      <w:pgMar w:top="1043" w:right="748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